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EE845" w14:textId="77777777" w:rsidR="00B25343" w:rsidRDefault="00CF332A" w:rsidP="00CF332A">
      <w:pPr>
        <w:pStyle w:val="Titolo1"/>
      </w:pPr>
      <w:proofErr w:type="spellStart"/>
      <w:r>
        <w:t>Scheda</w:t>
      </w:r>
      <w:proofErr w:type="spellEnd"/>
      <w:r>
        <w:t xml:space="preserve"> </w:t>
      </w:r>
      <w:proofErr w:type="spellStart"/>
      <w:r>
        <w:t>Personale</w:t>
      </w:r>
      <w:proofErr w:type="spellEnd"/>
    </w:p>
    <w:p w14:paraId="59E199CC" w14:textId="77777777" w:rsidR="00B25343" w:rsidRDefault="00CF332A">
      <w:pPr>
        <w:pStyle w:val="Titolo2"/>
      </w:pPr>
      <w:r>
        <w:t>Dati personali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74"/>
        <w:gridCol w:w="4556"/>
      </w:tblGrid>
      <w:tr w:rsidR="00B25343" w14:paraId="6631DAB5" w14:textId="77777777" w:rsidTr="00CF332A">
        <w:tc>
          <w:tcPr>
            <w:tcW w:w="4077" w:type="dxa"/>
            <w:vAlign w:val="center"/>
          </w:tcPr>
          <w:p w14:paraId="67DEAF17" w14:textId="77777777" w:rsidR="00B25343" w:rsidRDefault="00CF332A">
            <w:r>
              <w:t>Nome</w:t>
            </w:r>
          </w:p>
        </w:tc>
        <w:tc>
          <w:tcPr>
            <w:tcW w:w="4563" w:type="dxa"/>
            <w:vAlign w:val="center"/>
          </w:tcPr>
          <w:p w14:paraId="64EFFFB6" w14:textId="77777777" w:rsidR="00B25343" w:rsidRDefault="00B25343"/>
        </w:tc>
      </w:tr>
      <w:tr w:rsidR="00B25343" w14:paraId="76E3C2A9" w14:textId="77777777" w:rsidTr="00CF332A">
        <w:tc>
          <w:tcPr>
            <w:tcW w:w="4077" w:type="dxa"/>
            <w:vAlign w:val="center"/>
          </w:tcPr>
          <w:p w14:paraId="21A039AE" w14:textId="77777777" w:rsidR="00B25343" w:rsidRDefault="00CF332A">
            <w:r>
              <w:t>Cognome</w:t>
            </w:r>
          </w:p>
        </w:tc>
        <w:tc>
          <w:tcPr>
            <w:tcW w:w="4563" w:type="dxa"/>
            <w:vAlign w:val="center"/>
          </w:tcPr>
          <w:p w14:paraId="1AD19F94" w14:textId="77777777" w:rsidR="00B25343" w:rsidRDefault="00B25343"/>
        </w:tc>
      </w:tr>
      <w:tr w:rsidR="00B25343" w:rsidRPr="00420B82" w14:paraId="03111323" w14:textId="77777777" w:rsidTr="00CF332A">
        <w:tc>
          <w:tcPr>
            <w:tcW w:w="4077" w:type="dxa"/>
            <w:vAlign w:val="center"/>
          </w:tcPr>
          <w:p w14:paraId="1AAFBBB1" w14:textId="77777777" w:rsidR="00B25343" w:rsidRPr="00491C7A" w:rsidRDefault="00CF332A">
            <w:pPr>
              <w:rPr>
                <w:lang w:val="it-IT"/>
              </w:rPr>
            </w:pPr>
            <w:r w:rsidRPr="00491C7A">
              <w:rPr>
                <w:lang w:val="it-IT"/>
              </w:rPr>
              <w:t>Luogo di nascita (Città e Regione)</w:t>
            </w:r>
          </w:p>
        </w:tc>
        <w:tc>
          <w:tcPr>
            <w:tcW w:w="4563" w:type="dxa"/>
            <w:vAlign w:val="center"/>
          </w:tcPr>
          <w:p w14:paraId="62C03729" w14:textId="77777777" w:rsidR="00B25343" w:rsidRPr="00491C7A" w:rsidRDefault="00B25343">
            <w:pPr>
              <w:rPr>
                <w:lang w:val="it-IT"/>
              </w:rPr>
            </w:pPr>
          </w:p>
        </w:tc>
      </w:tr>
      <w:tr w:rsidR="00B25343" w:rsidRPr="00420B82" w14:paraId="2C9F4804" w14:textId="77777777" w:rsidTr="00CF332A">
        <w:tc>
          <w:tcPr>
            <w:tcW w:w="4077" w:type="dxa"/>
            <w:vAlign w:val="center"/>
          </w:tcPr>
          <w:p w14:paraId="4117E721" w14:textId="77777777" w:rsidR="00B25343" w:rsidRPr="00491C7A" w:rsidRDefault="00CF332A">
            <w:pPr>
              <w:rPr>
                <w:lang w:val="it-IT"/>
              </w:rPr>
            </w:pPr>
            <w:r w:rsidRPr="00491C7A">
              <w:rPr>
                <w:lang w:val="it-IT"/>
              </w:rPr>
              <w:t>Data di nascita (Giorno/Mese/Anno)</w:t>
            </w:r>
          </w:p>
        </w:tc>
        <w:tc>
          <w:tcPr>
            <w:tcW w:w="4563" w:type="dxa"/>
            <w:vAlign w:val="center"/>
          </w:tcPr>
          <w:p w14:paraId="4D0AA66B" w14:textId="77777777" w:rsidR="00B25343" w:rsidRPr="00491C7A" w:rsidRDefault="00B25343">
            <w:pPr>
              <w:rPr>
                <w:lang w:val="it-IT"/>
              </w:rPr>
            </w:pPr>
          </w:p>
        </w:tc>
      </w:tr>
      <w:tr w:rsidR="00B25343" w14:paraId="430ECE37" w14:textId="77777777" w:rsidTr="00CF332A">
        <w:tc>
          <w:tcPr>
            <w:tcW w:w="4077" w:type="dxa"/>
            <w:vAlign w:val="center"/>
          </w:tcPr>
          <w:p w14:paraId="759A7F91" w14:textId="77777777" w:rsidR="00B25343" w:rsidRDefault="00CF332A">
            <w:proofErr w:type="spellStart"/>
            <w:r>
              <w:t>Domicilio</w:t>
            </w:r>
            <w:proofErr w:type="spellEnd"/>
            <w:r>
              <w:t xml:space="preserve"> (</w:t>
            </w:r>
            <w:proofErr w:type="spellStart"/>
            <w:r>
              <w:t>Città</w:t>
            </w:r>
            <w:proofErr w:type="spellEnd"/>
            <w:r>
              <w:t xml:space="preserve"> e </w:t>
            </w:r>
            <w:proofErr w:type="spellStart"/>
            <w:r>
              <w:t>Regione</w:t>
            </w:r>
            <w:proofErr w:type="spellEnd"/>
            <w:r>
              <w:t>)</w:t>
            </w:r>
          </w:p>
        </w:tc>
        <w:tc>
          <w:tcPr>
            <w:tcW w:w="4563" w:type="dxa"/>
            <w:vAlign w:val="center"/>
          </w:tcPr>
          <w:p w14:paraId="431CCDC5" w14:textId="77777777" w:rsidR="00B25343" w:rsidRDefault="00B25343"/>
        </w:tc>
      </w:tr>
      <w:tr w:rsidR="00445F8F" w14:paraId="3B2D52F8" w14:textId="77777777" w:rsidTr="00CF332A">
        <w:tc>
          <w:tcPr>
            <w:tcW w:w="4077" w:type="dxa"/>
            <w:vAlign w:val="center"/>
          </w:tcPr>
          <w:p w14:paraId="6ACB2E62" w14:textId="116848B1" w:rsidR="00445F8F" w:rsidRPr="00CF332A" w:rsidRDefault="00CF332A">
            <w:proofErr w:type="spellStart"/>
            <w:r w:rsidRPr="00CF332A">
              <w:rPr>
                <w:color w:val="000000" w:themeColor="text1"/>
              </w:rPr>
              <w:t>Residenza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fiscale</w:t>
            </w:r>
            <w:proofErr w:type="spellEnd"/>
          </w:p>
        </w:tc>
        <w:tc>
          <w:tcPr>
            <w:tcW w:w="4563" w:type="dxa"/>
            <w:vAlign w:val="center"/>
          </w:tcPr>
          <w:p w14:paraId="0FBF5BB1" w14:textId="77777777" w:rsidR="00445F8F" w:rsidRDefault="00445F8F"/>
        </w:tc>
      </w:tr>
      <w:tr w:rsidR="00B25343" w14:paraId="3BB61A0E" w14:textId="77777777" w:rsidTr="00CF332A">
        <w:tc>
          <w:tcPr>
            <w:tcW w:w="4077" w:type="dxa"/>
            <w:vAlign w:val="center"/>
          </w:tcPr>
          <w:p w14:paraId="2A09F10B" w14:textId="77777777" w:rsidR="00B25343" w:rsidRDefault="00CF332A">
            <w:proofErr w:type="spellStart"/>
            <w:r>
              <w:t>Telefono</w:t>
            </w:r>
            <w:proofErr w:type="spellEnd"/>
          </w:p>
        </w:tc>
        <w:tc>
          <w:tcPr>
            <w:tcW w:w="4563" w:type="dxa"/>
            <w:vAlign w:val="center"/>
          </w:tcPr>
          <w:p w14:paraId="5A70FD66" w14:textId="77777777" w:rsidR="00B25343" w:rsidRDefault="00B25343"/>
        </w:tc>
      </w:tr>
      <w:tr w:rsidR="00B25343" w14:paraId="331C9566" w14:textId="77777777" w:rsidTr="004A6B0A">
        <w:trPr>
          <w:trHeight w:val="90"/>
        </w:trPr>
        <w:tc>
          <w:tcPr>
            <w:tcW w:w="4077" w:type="dxa"/>
            <w:vAlign w:val="center"/>
          </w:tcPr>
          <w:p w14:paraId="5412696B" w14:textId="77777777" w:rsidR="00B25343" w:rsidRDefault="00CF332A">
            <w:proofErr w:type="spellStart"/>
            <w:r>
              <w:t>Cellulare</w:t>
            </w:r>
            <w:proofErr w:type="spellEnd"/>
          </w:p>
        </w:tc>
        <w:tc>
          <w:tcPr>
            <w:tcW w:w="4563" w:type="dxa"/>
            <w:vAlign w:val="center"/>
          </w:tcPr>
          <w:p w14:paraId="61632202" w14:textId="77777777" w:rsidR="00B25343" w:rsidRDefault="00B25343"/>
        </w:tc>
      </w:tr>
      <w:tr w:rsidR="00B25343" w14:paraId="728F1ECC" w14:textId="77777777" w:rsidTr="00CF332A">
        <w:tc>
          <w:tcPr>
            <w:tcW w:w="4077" w:type="dxa"/>
            <w:vAlign w:val="center"/>
          </w:tcPr>
          <w:p w14:paraId="6A9C2865" w14:textId="77777777" w:rsidR="00B25343" w:rsidRDefault="00CF332A">
            <w:r>
              <w:t>Email</w:t>
            </w:r>
          </w:p>
        </w:tc>
        <w:tc>
          <w:tcPr>
            <w:tcW w:w="4563" w:type="dxa"/>
            <w:vAlign w:val="center"/>
          </w:tcPr>
          <w:p w14:paraId="03C68954" w14:textId="77777777" w:rsidR="00B25343" w:rsidRDefault="00B25343"/>
        </w:tc>
      </w:tr>
      <w:tr w:rsidR="00B25343" w14:paraId="51F1F14A" w14:textId="77777777" w:rsidTr="00CF332A">
        <w:tc>
          <w:tcPr>
            <w:tcW w:w="4077" w:type="dxa"/>
            <w:vAlign w:val="center"/>
          </w:tcPr>
          <w:p w14:paraId="779D7CA8" w14:textId="77777777" w:rsidR="00B25343" w:rsidRDefault="00CF332A">
            <w:r>
              <w:t>Sito web</w:t>
            </w:r>
          </w:p>
        </w:tc>
        <w:tc>
          <w:tcPr>
            <w:tcW w:w="4563" w:type="dxa"/>
            <w:vAlign w:val="center"/>
          </w:tcPr>
          <w:p w14:paraId="6FC41F4E" w14:textId="77777777" w:rsidR="00B25343" w:rsidRDefault="00B25343"/>
        </w:tc>
      </w:tr>
    </w:tbl>
    <w:p w14:paraId="49C28AC2" w14:textId="77777777" w:rsidR="00B25343" w:rsidRDefault="00CF332A">
      <w:pPr>
        <w:pStyle w:val="Titolo2"/>
      </w:pPr>
      <w:proofErr w:type="spellStart"/>
      <w:r>
        <w:t>Dettagli</w:t>
      </w:r>
      <w:proofErr w:type="spellEnd"/>
      <w:r>
        <w:t xml:space="preserve"> </w:t>
      </w:r>
      <w:proofErr w:type="spellStart"/>
      <w:r>
        <w:t>professionali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73"/>
        <w:gridCol w:w="4557"/>
      </w:tblGrid>
      <w:tr w:rsidR="00B25343" w14:paraId="4B2F3A30" w14:textId="77777777" w:rsidTr="00CF332A">
        <w:tc>
          <w:tcPr>
            <w:tcW w:w="4077" w:type="dxa"/>
            <w:vAlign w:val="center"/>
          </w:tcPr>
          <w:p w14:paraId="05A4C3F1" w14:textId="63EA3469" w:rsidR="00B25343" w:rsidRDefault="00CF332A">
            <w:proofErr w:type="spellStart"/>
            <w:r>
              <w:t>Ruolo</w:t>
            </w:r>
            <w:proofErr w:type="spellEnd"/>
            <w:r>
              <w:t xml:space="preserve"> </w:t>
            </w:r>
            <w:r w:rsidR="00491C7A">
              <w:t>del</w:t>
            </w:r>
            <w:r>
              <w:t xml:space="preserve"> </w:t>
            </w:r>
            <w:proofErr w:type="spellStart"/>
            <w:r>
              <w:t>provino</w:t>
            </w:r>
            <w:proofErr w:type="spellEnd"/>
          </w:p>
        </w:tc>
        <w:tc>
          <w:tcPr>
            <w:tcW w:w="4563" w:type="dxa"/>
            <w:vAlign w:val="center"/>
          </w:tcPr>
          <w:p w14:paraId="1CFDAEFF" w14:textId="77777777" w:rsidR="00B25343" w:rsidRDefault="00B25343"/>
        </w:tc>
      </w:tr>
      <w:tr w:rsidR="00B25343" w14:paraId="6ED38ACD" w14:textId="77777777" w:rsidTr="00CF332A">
        <w:tc>
          <w:tcPr>
            <w:tcW w:w="4077" w:type="dxa"/>
            <w:vAlign w:val="center"/>
          </w:tcPr>
          <w:p w14:paraId="6DD81D33" w14:textId="77777777" w:rsidR="00B25343" w:rsidRDefault="00CF332A">
            <w:r>
              <w:t>Agenzia</w:t>
            </w:r>
          </w:p>
        </w:tc>
        <w:tc>
          <w:tcPr>
            <w:tcW w:w="4563" w:type="dxa"/>
            <w:vAlign w:val="center"/>
          </w:tcPr>
          <w:p w14:paraId="16E51E99" w14:textId="77777777" w:rsidR="00B25343" w:rsidRDefault="00B25343"/>
        </w:tc>
      </w:tr>
      <w:tr w:rsidR="00B25343" w14:paraId="6C174107" w14:textId="77777777" w:rsidTr="00CF332A">
        <w:tc>
          <w:tcPr>
            <w:tcW w:w="4077" w:type="dxa"/>
            <w:vAlign w:val="center"/>
          </w:tcPr>
          <w:p w14:paraId="4480D5A8" w14:textId="77777777" w:rsidR="00B25343" w:rsidRDefault="00CF332A">
            <w:r>
              <w:t>Agente</w:t>
            </w:r>
          </w:p>
        </w:tc>
        <w:tc>
          <w:tcPr>
            <w:tcW w:w="4563" w:type="dxa"/>
            <w:vAlign w:val="center"/>
          </w:tcPr>
          <w:p w14:paraId="1D915930" w14:textId="77777777" w:rsidR="00B25343" w:rsidRDefault="00B25343"/>
        </w:tc>
      </w:tr>
      <w:tr w:rsidR="00420B82" w:rsidRPr="00420B82" w14:paraId="374F64E7" w14:textId="77777777" w:rsidTr="00CF332A">
        <w:tc>
          <w:tcPr>
            <w:tcW w:w="4077" w:type="dxa"/>
            <w:vAlign w:val="center"/>
          </w:tcPr>
          <w:p w14:paraId="645E74D5" w14:textId="08621087" w:rsidR="00420B82" w:rsidRPr="00420B82" w:rsidRDefault="00420B82">
            <w:pPr>
              <w:rPr>
                <w:b/>
                <w:bCs/>
                <w:lang w:val="it-IT"/>
              </w:rPr>
            </w:pPr>
            <w:r w:rsidRPr="00420B82">
              <w:rPr>
                <w:b/>
                <w:bCs/>
                <w:color w:val="FF0000"/>
                <w:lang w:val="it-IT"/>
              </w:rPr>
              <w:t>Eventuali date off o impegni nel periodo</w:t>
            </w:r>
            <w:r>
              <w:rPr>
                <w:b/>
                <w:bCs/>
                <w:color w:val="FF0000"/>
                <w:lang w:val="it-IT"/>
              </w:rPr>
              <w:t xml:space="preserve"> delle riprese</w:t>
            </w:r>
            <w:r w:rsidRPr="00420B82">
              <w:rPr>
                <w:b/>
                <w:bCs/>
                <w:color w:val="FF0000"/>
                <w:lang w:val="it-IT"/>
              </w:rPr>
              <w:t>:</w:t>
            </w:r>
          </w:p>
        </w:tc>
        <w:tc>
          <w:tcPr>
            <w:tcW w:w="4563" w:type="dxa"/>
            <w:vAlign w:val="center"/>
          </w:tcPr>
          <w:p w14:paraId="0C13DD12" w14:textId="77777777" w:rsidR="00420B82" w:rsidRPr="00420B82" w:rsidRDefault="00420B82">
            <w:pPr>
              <w:rPr>
                <w:lang w:val="it-IT"/>
              </w:rPr>
            </w:pPr>
          </w:p>
          <w:p w14:paraId="40F864B9" w14:textId="77777777" w:rsidR="00420B82" w:rsidRDefault="00420B82">
            <w:pPr>
              <w:rPr>
                <w:lang w:val="it-IT"/>
              </w:rPr>
            </w:pPr>
          </w:p>
          <w:p w14:paraId="4559390E" w14:textId="77777777" w:rsidR="00420B82" w:rsidRPr="00420B82" w:rsidRDefault="00420B82">
            <w:pPr>
              <w:rPr>
                <w:lang w:val="it-IT"/>
              </w:rPr>
            </w:pPr>
          </w:p>
          <w:p w14:paraId="556E984E" w14:textId="77777777" w:rsidR="00420B82" w:rsidRPr="00420B82" w:rsidRDefault="00420B82">
            <w:pPr>
              <w:rPr>
                <w:lang w:val="it-IT"/>
              </w:rPr>
            </w:pPr>
          </w:p>
          <w:p w14:paraId="16B4F609" w14:textId="77777777" w:rsidR="00420B82" w:rsidRPr="00420B82" w:rsidRDefault="00420B82">
            <w:pPr>
              <w:rPr>
                <w:lang w:val="it-IT"/>
              </w:rPr>
            </w:pPr>
          </w:p>
        </w:tc>
      </w:tr>
    </w:tbl>
    <w:p w14:paraId="5326AB65" w14:textId="77777777" w:rsidR="00B25343" w:rsidRDefault="00CF332A">
      <w:pPr>
        <w:pStyle w:val="Titolo2"/>
      </w:pPr>
      <w:proofErr w:type="spellStart"/>
      <w:r>
        <w:t>Caratteristiche</w:t>
      </w:r>
      <w:proofErr w:type="spellEnd"/>
      <w:r>
        <w:t xml:space="preserve"> </w:t>
      </w:r>
      <w:proofErr w:type="spellStart"/>
      <w:r>
        <w:t>fisiche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73"/>
        <w:gridCol w:w="4557"/>
      </w:tblGrid>
      <w:tr w:rsidR="00B25343" w14:paraId="74EE9233" w14:textId="77777777" w:rsidTr="00CF332A">
        <w:tc>
          <w:tcPr>
            <w:tcW w:w="4077" w:type="dxa"/>
            <w:vAlign w:val="center"/>
          </w:tcPr>
          <w:p w14:paraId="25AF8EF4" w14:textId="77777777" w:rsidR="00B25343" w:rsidRDefault="00CF332A">
            <w:r>
              <w:t xml:space="preserve">Fascia di </w:t>
            </w:r>
            <w:proofErr w:type="spellStart"/>
            <w:r>
              <w:t>età</w:t>
            </w:r>
            <w:proofErr w:type="spellEnd"/>
          </w:p>
        </w:tc>
        <w:tc>
          <w:tcPr>
            <w:tcW w:w="4563" w:type="dxa"/>
            <w:vAlign w:val="center"/>
          </w:tcPr>
          <w:p w14:paraId="5B0BF623" w14:textId="77777777" w:rsidR="00B25343" w:rsidRDefault="00B25343"/>
        </w:tc>
      </w:tr>
      <w:tr w:rsidR="00B25343" w14:paraId="0B80F725" w14:textId="77777777" w:rsidTr="00CF332A">
        <w:tc>
          <w:tcPr>
            <w:tcW w:w="4077" w:type="dxa"/>
            <w:vAlign w:val="center"/>
          </w:tcPr>
          <w:p w14:paraId="7F6BA788" w14:textId="5AFCEAA2" w:rsidR="00B25343" w:rsidRDefault="00CF332A">
            <w:proofErr w:type="spellStart"/>
            <w:r>
              <w:t>Genere</w:t>
            </w:r>
            <w:proofErr w:type="spellEnd"/>
            <w:r>
              <w:t xml:space="preserve"> </w:t>
            </w:r>
          </w:p>
        </w:tc>
        <w:tc>
          <w:tcPr>
            <w:tcW w:w="4563" w:type="dxa"/>
            <w:vAlign w:val="center"/>
          </w:tcPr>
          <w:p w14:paraId="60071A18" w14:textId="77777777" w:rsidR="00B25343" w:rsidRDefault="00B25343"/>
        </w:tc>
      </w:tr>
      <w:tr w:rsidR="00B25343" w14:paraId="0A0C1CC2" w14:textId="77777777" w:rsidTr="00CF332A">
        <w:tc>
          <w:tcPr>
            <w:tcW w:w="4077" w:type="dxa"/>
            <w:vAlign w:val="center"/>
          </w:tcPr>
          <w:p w14:paraId="6D95F38C" w14:textId="77777777" w:rsidR="00B25343" w:rsidRDefault="00CF332A">
            <w:r>
              <w:t>Nazionalità</w:t>
            </w:r>
          </w:p>
        </w:tc>
        <w:tc>
          <w:tcPr>
            <w:tcW w:w="4563" w:type="dxa"/>
            <w:vAlign w:val="center"/>
          </w:tcPr>
          <w:p w14:paraId="2CAD290A" w14:textId="77777777" w:rsidR="00B25343" w:rsidRDefault="00B25343"/>
        </w:tc>
      </w:tr>
      <w:tr w:rsidR="00B25343" w14:paraId="76CF00B7" w14:textId="77777777" w:rsidTr="00CF332A">
        <w:tc>
          <w:tcPr>
            <w:tcW w:w="4077" w:type="dxa"/>
            <w:vAlign w:val="center"/>
          </w:tcPr>
          <w:p w14:paraId="0DB7F3D4" w14:textId="77777777" w:rsidR="00B25343" w:rsidRDefault="00CF332A">
            <w:r>
              <w:t>Altezza</w:t>
            </w:r>
          </w:p>
        </w:tc>
        <w:tc>
          <w:tcPr>
            <w:tcW w:w="4563" w:type="dxa"/>
            <w:vAlign w:val="center"/>
          </w:tcPr>
          <w:p w14:paraId="6511CC14" w14:textId="77777777" w:rsidR="00B25343" w:rsidRDefault="00B25343"/>
        </w:tc>
      </w:tr>
      <w:tr w:rsidR="00B25343" w14:paraId="202D8C81" w14:textId="77777777" w:rsidTr="00CF332A">
        <w:tc>
          <w:tcPr>
            <w:tcW w:w="4077" w:type="dxa"/>
            <w:vAlign w:val="center"/>
          </w:tcPr>
          <w:p w14:paraId="7E5B6A6E" w14:textId="77777777" w:rsidR="00B25343" w:rsidRDefault="00CF332A">
            <w:r>
              <w:t>Colore occhi</w:t>
            </w:r>
          </w:p>
        </w:tc>
        <w:tc>
          <w:tcPr>
            <w:tcW w:w="4563" w:type="dxa"/>
            <w:vAlign w:val="center"/>
          </w:tcPr>
          <w:p w14:paraId="140F0B34" w14:textId="77777777" w:rsidR="00B25343" w:rsidRDefault="00B25343"/>
        </w:tc>
      </w:tr>
      <w:tr w:rsidR="00B25343" w14:paraId="57B36765" w14:textId="77777777" w:rsidTr="00CF332A">
        <w:tc>
          <w:tcPr>
            <w:tcW w:w="4077" w:type="dxa"/>
            <w:vAlign w:val="center"/>
          </w:tcPr>
          <w:p w14:paraId="0E73F6B3" w14:textId="77777777" w:rsidR="00B25343" w:rsidRDefault="00CF332A">
            <w:r>
              <w:t>Colore capelli</w:t>
            </w:r>
          </w:p>
        </w:tc>
        <w:tc>
          <w:tcPr>
            <w:tcW w:w="4563" w:type="dxa"/>
            <w:vAlign w:val="center"/>
          </w:tcPr>
          <w:p w14:paraId="11CBEF98" w14:textId="77777777" w:rsidR="00B25343" w:rsidRDefault="00B25343"/>
        </w:tc>
      </w:tr>
      <w:tr w:rsidR="00B25343" w14:paraId="6E5645A0" w14:textId="77777777" w:rsidTr="00CF332A">
        <w:tc>
          <w:tcPr>
            <w:tcW w:w="4077" w:type="dxa"/>
            <w:vAlign w:val="center"/>
          </w:tcPr>
          <w:p w14:paraId="18926AFB" w14:textId="77777777" w:rsidR="00B25343" w:rsidRDefault="00CF332A">
            <w:r>
              <w:t>Tipo di capelli</w:t>
            </w:r>
          </w:p>
        </w:tc>
        <w:tc>
          <w:tcPr>
            <w:tcW w:w="4563" w:type="dxa"/>
            <w:vAlign w:val="center"/>
          </w:tcPr>
          <w:p w14:paraId="441ED821" w14:textId="77777777" w:rsidR="00B25343" w:rsidRDefault="00B25343"/>
        </w:tc>
      </w:tr>
    </w:tbl>
    <w:p w14:paraId="089B3A3E" w14:textId="77777777" w:rsidR="00B25343" w:rsidRDefault="00CF332A">
      <w:pPr>
        <w:pStyle w:val="Titolo2"/>
      </w:pPr>
      <w:proofErr w:type="spellStart"/>
      <w:r>
        <w:t>Competenze</w:t>
      </w:r>
      <w:proofErr w:type="spellEnd"/>
      <w:r>
        <w:t xml:space="preserve"> e </w:t>
      </w:r>
      <w:proofErr w:type="spellStart"/>
      <w:r>
        <w:t>abilità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73"/>
        <w:gridCol w:w="4557"/>
      </w:tblGrid>
      <w:tr w:rsidR="00B25343" w14:paraId="2311F8F3" w14:textId="77777777" w:rsidTr="00CF332A">
        <w:tc>
          <w:tcPr>
            <w:tcW w:w="4077" w:type="dxa"/>
            <w:vAlign w:val="center"/>
          </w:tcPr>
          <w:p w14:paraId="6B8B17C8" w14:textId="77777777" w:rsidR="00B25343" w:rsidRDefault="00CF332A">
            <w:r>
              <w:t xml:space="preserve">Lingua </w:t>
            </w:r>
            <w:proofErr w:type="spellStart"/>
            <w:r>
              <w:t>straniera</w:t>
            </w:r>
            <w:proofErr w:type="spellEnd"/>
            <w:r>
              <w:t xml:space="preserve"> 1</w:t>
            </w:r>
          </w:p>
        </w:tc>
        <w:tc>
          <w:tcPr>
            <w:tcW w:w="4563" w:type="dxa"/>
            <w:vAlign w:val="center"/>
          </w:tcPr>
          <w:p w14:paraId="521C4F10" w14:textId="77777777" w:rsidR="00B25343" w:rsidRDefault="00B25343"/>
        </w:tc>
      </w:tr>
      <w:tr w:rsidR="00B25343" w14:paraId="73C8C1E4" w14:textId="77777777" w:rsidTr="00CF332A">
        <w:tc>
          <w:tcPr>
            <w:tcW w:w="4077" w:type="dxa"/>
            <w:vAlign w:val="center"/>
          </w:tcPr>
          <w:p w14:paraId="0388377B" w14:textId="77777777" w:rsidR="00B25343" w:rsidRDefault="00CF332A">
            <w:r>
              <w:t>Lingua straniera 2</w:t>
            </w:r>
          </w:p>
        </w:tc>
        <w:tc>
          <w:tcPr>
            <w:tcW w:w="4563" w:type="dxa"/>
            <w:vAlign w:val="center"/>
          </w:tcPr>
          <w:p w14:paraId="1BC51BD0" w14:textId="77777777" w:rsidR="00B25343" w:rsidRDefault="00B25343"/>
        </w:tc>
      </w:tr>
      <w:tr w:rsidR="00B25343" w14:paraId="3550577A" w14:textId="77777777" w:rsidTr="00CF332A">
        <w:tc>
          <w:tcPr>
            <w:tcW w:w="4077" w:type="dxa"/>
            <w:vAlign w:val="center"/>
          </w:tcPr>
          <w:p w14:paraId="77C34508" w14:textId="77777777" w:rsidR="00B25343" w:rsidRDefault="00CF332A">
            <w:r>
              <w:t>Sport praticati</w:t>
            </w:r>
          </w:p>
        </w:tc>
        <w:tc>
          <w:tcPr>
            <w:tcW w:w="4563" w:type="dxa"/>
            <w:vAlign w:val="center"/>
          </w:tcPr>
          <w:p w14:paraId="193C31D4" w14:textId="77777777" w:rsidR="00B25343" w:rsidRDefault="00B25343"/>
        </w:tc>
      </w:tr>
      <w:tr w:rsidR="00B25343" w14:paraId="5D6E37B9" w14:textId="77777777" w:rsidTr="00CF332A">
        <w:tc>
          <w:tcPr>
            <w:tcW w:w="4077" w:type="dxa"/>
            <w:vAlign w:val="center"/>
          </w:tcPr>
          <w:p w14:paraId="6638A568" w14:textId="77777777" w:rsidR="00B25343" w:rsidRDefault="00CF332A">
            <w:r>
              <w:t>Tipi di danza</w:t>
            </w:r>
          </w:p>
        </w:tc>
        <w:tc>
          <w:tcPr>
            <w:tcW w:w="4563" w:type="dxa"/>
            <w:vAlign w:val="center"/>
          </w:tcPr>
          <w:p w14:paraId="262E6891" w14:textId="77777777" w:rsidR="00B25343" w:rsidRDefault="00B25343"/>
        </w:tc>
      </w:tr>
      <w:tr w:rsidR="00B25343" w14:paraId="7F0A569E" w14:textId="77777777" w:rsidTr="00CF332A">
        <w:tc>
          <w:tcPr>
            <w:tcW w:w="4077" w:type="dxa"/>
            <w:vAlign w:val="center"/>
          </w:tcPr>
          <w:p w14:paraId="685CA51F" w14:textId="77777777" w:rsidR="00B25343" w:rsidRDefault="00CF332A">
            <w:r>
              <w:t>Strumenti musicali</w:t>
            </w:r>
          </w:p>
        </w:tc>
        <w:tc>
          <w:tcPr>
            <w:tcW w:w="4563" w:type="dxa"/>
            <w:vAlign w:val="center"/>
          </w:tcPr>
          <w:p w14:paraId="45378C33" w14:textId="77777777" w:rsidR="00B25343" w:rsidRDefault="00B25343"/>
        </w:tc>
      </w:tr>
      <w:tr w:rsidR="00B25343" w14:paraId="268CC54D" w14:textId="77777777" w:rsidTr="00CF332A">
        <w:tc>
          <w:tcPr>
            <w:tcW w:w="4077" w:type="dxa"/>
            <w:vAlign w:val="center"/>
          </w:tcPr>
          <w:p w14:paraId="4AA9E049" w14:textId="77777777" w:rsidR="00B25343" w:rsidRDefault="00CF332A">
            <w:r>
              <w:t>Canto</w:t>
            </w:r>
          </w:p>
        </w:tc>
        <w:tc>
          <w:tcPr>
            <w:tcW w:w="4563" w:type="dxa"/>
            <w:vAlign w:val="center"/>
          </w:tcPr>
          <w:p w14:paraId="720E3825" w14:textId="77777777" w:rsidR="00B25343" w:rsidRDefault="00B25343"/>
        </w:tc>
      </w:tr>
      <w:tr w:rsidR="00B25343" w14:paraId="4E0AB3B4" w14:textId="77777777" w:rsidTr="00CF332A">
        <w:tc>
          <w:tcPr>
            <w:tcW w:w="4077" w:type="dxa"/>
            <w:vAlign w:val="center"/>
          </w:tcPr>
          <w:p w14:paraId="0179D6FF" w14:textId="19F3CB55" w:rsidR="00B25343" w:rsidRDefault="00CF332A">
            <w:proofErr w:type="spellStart"/>
            <w:r>
              <w:t>Formazione</w:t>
            </w:r>
            <w:proofErr w:type="spellEnd"/>
            <w:r w:rsidR="00103EBA">
              <w:t xml:space="preserve"> </w:t>
            </w:r>
          </w:p>
        </w:tc>
        <w:tc>
          <w:tcPr>
            <w:tcW w:w="4563" w:type="dxa"/>
            <w:vAlign w:val="center"/>
          </w:tcPr>
          <w:p w14:paraId="3A3994B5" w14:textId="77777777" w:rsidR="00B25343" w:rsidRDefault="00B25343"/>
        </w:tc>
      </w:tr>
      <w:tr w:rsidR="00B25343" w14:paraId="59859E13" w14:textId="77777777" w:rsidTr="00CF332A">
        <w:tc>
          <w:tcPr>
            <w:tcW w:w="4077" w:type="dxa"/>
            <w:vAlign w:val="center"/>
          </w:tcPr>
          <w:p w14:paraId="0B9CDE6E" w14:textId="77777777" w:rsidR="00B25343" w:rsidRDefault="00CF332A">
            <w:r>
              <w:t>Patenti e brevetti</w:t>
            </w:r>
          </w:p>
        </w:tc>
        <w:tc>
          <w:tcPr>
            <w:tcW w:w="4563" w:type="dxa"/>
            <w:vAlign w:val="center"/>
          </w:tcPr>
          <w:p w14:paraId="1C0DD3DE" w14:textId="77777777" w:rsidR="00B25343" w:rsidRDefault="00B25343"/>
        </w:tc>
      </w:tr>
      <w:tr w:rsidR="00B25343" w14:paraId="734DF475" w14:textId="77777777" w:rsidTr="00CF332A">
        <w:tc>
          <w:tcPr>
            <w:tcW w:w="4077" w:type="dxa"/>
            <w:vAlign w:val="center"/>
          </w:tcPr>
          <w:p w14:paraId="760E221B" w14:textId="77777777" w:rsidR="00B25343" w:rsidRDefault="00CF332A">
            <w:r>
              <w:t>Sosia di</w:t>
            </w:r>
          </w:p>
        </w:tc>
        <w:tc>
          <w:tcPr>
            <w:tcW w:w="4563" w:type="dxa"/>
            <w:vAlign w:val="center"/>
          </w:tcPr>
          <w:p w14:paraId="173F5288" w14:textId="77777777" w:rsidR="00B25343" w:rsidRDefault="00B25343"/>
        </w:tc>
      </w:tr>
      <w:tr w:rsidR="00B25343" w14:paraId="6EF36069" w14:textId="77777777" w:rsidTr="00CF332A">
        <w:tc>
          <w:tcPr>
            <w:tcW w:w="4077" w:type="dxa"/>
            <w:vAlign w:val="center"/>
          </w:tcPr>
          <w:p w14:paraId="10A83088" w14:textId="452E51C1" w:rsidR="00B25343" w:rsidRDefault="00CF332A">
            <w:proofErr w:type="spellStart"/>
            <w:r>
              <w:t>Altre</w:t>
            </w:r>
            <w:proofErr w:type="spellEnd"/>
            <w:r>
              <w:t xml:space="preserve"> </w:t>
            </w:r>
            <w:proofErr w:type="spellStart"/>
            <w:r>
              <w:t>abilità</w:t>
            </w:r>
            <w:proofErr w:type="spellEnd"/>
            <w:r>
              <w:t>/</w:t>
            </w:r>
            <w:proofErr w:type="spellStart"/>
            <w:r>
              <w:t>talent</w:t>
            </w:r>
            <w:r w:rsidR="00420B82">
              <w:t>i</w:t>
            </w:r>
            <w:proofErr w:type="spellEnd"/>
          </w:p>
        </w:tc>
        <w:tc>
          <w:tcPr>
            <w:tcW w:w="4563" w:type="dxa"/>
            <w:vAlign w:val="center"/>
          </w:tcPr>
          <w:p w14:paraId="1F5A86D5" w14:textId="77777777" w:rsidR="00B25343" w:rsidRDefault="00B25343"/>
        </w:tc>
      </w:tr>
    </w:tbl>
    <w:p w14:paraId="09C67D7B" w14:textId="77777777" w:rsidR="0070730D" w:rsidRDefault="0070730D"/>
    <w:sectPr w:rsidR="0070730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3809556">
    <w:abstractNumId w:val="8"/>
  </w:num>
  <w:num w:numId="2" w16cid:durableId="1052852748">
    <w:abstractNumId w:val="6"/>
  </w:num>
  <w:num w:numId="3" w16cid:durableId="1365717619">
    <w:abstractNumId w:val="5"/>
  </w:num>
  <w:num w:numId="4" w16cid:durableId="1920673948">
    <w:abstractNumId w:val="4"/>
  </w:num>
  <w:num w:numId="5" w16cid:durableId="813449110">
    <w:abstractNumId w:val="7"/>
  </w:num>
  <w:num w:numId="6" w16cid:durableId="514341062">
    <w:abstractNumId w:val="3"/>
  </w:num>
  <w:num w:numId="7" w16cid:durableId="200947264">
    <w:abstractNumId w:val="2"/>
  </w:num>
  <w:num w:numId="8" w16cid:durableId="986278211">
    <w:abstractNumId w:val="1"/>
  </w:num>
  <w:num w:numId="9" w16cid:durableId="175285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3EBA"/>
    <w:rsid w:val="0015074B"/>
    <w:rsid w:val="0029639D"/>
    <w:rsid w:val="00326F90"/>
    <w:rsid w:val="00420B82"/>
    <w:rsid w:val="00445F8F"/>
    <w:rsid w:val="00491C7A"/>
    <w:rsid w:val="00493FF9"/>
    <w:rsid w:val="004A6B0A"/>
    <w:rsid w:val="0070730D"/>
    <w:rsid w:val="00986CFB"/>
    <w:rsid w:val="00AA1D8D"/>
    <w:rsid w:val="00B25343"/>
    <w:rsid w:val="00B47730"/>
    <w:rsid w:val="00CB0664"/>
    <w:rsid w:val="00CF332A"/>
    <w:rsid w:val="00F324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0427B0"/>
  <w14:defaultImageDpi w14:val="300"/>
  <w15:docId w15:val="{3426E448-99D1-BA42-B4C2-4124AB09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8DB4EA-434F-F941-914E-F6FF8C92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2026-09-23T13:39:00Z</dcterms:created>
  <dcterms:modified xsi:type="dcterms:W3CDTF">2026-09-23T13:39:00Z</dcterms:modified>
  <cp:category/>
</cp:coreProperties>
</file>